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Holztreppe-Kauf: Entscheidungskriterien und Abfragepunkte</w:t>
      </w:r>
    </w:p>
    <w:p>
      <w:r>
        <w:t>Holztreppen verbinden Funktionalität und Gestaltung im Innenausbau. Ihre Planung beginnt mit dem vorhandenen Raum und den baulichen Gegebenheiten. Dieser Leitfaden bietet einen Überblick über die wesentlichen Zusammenhänge, die bei einer Holztreppe in Berlin berücksichtigt werden sollten.</w:t>
      </w:r>
    </w:p>
    <w:p>
      <w:pPr>
        <w:pStyle w:val="Heading1"/>
      </w:pPr>
      <w:r>
        <w:t>Raum und Grundriss als Ausgangspunkt</w:t>
      </w:r>
    </w:p>
    <w:p>
      <w:r>
        <w:t>Bevor eine Treppenform gewählt wird, müssen die räumlichen Bedingungen erfasst werden. Die Geschosshöhe beschreibt den Abstand zwischen den fertigen Fußböden. Die Treppenöffnung in der Decke begrenzt den verfügbaren Platz. Im Bestand kommen vorhandene Türen, Verkehrswege und Anschlusspunkte hinzu. Diese Werte bestimmen, welche Treppenformen technisch möglich sind und wie der Laufweg verläuft.</w:t>
      </w:r>
    </w:p>
    <w:p>
      <w:pPr>
        <w:pStyle w:val="Heading1"/>
      </w:pPr>
      <w:r>
        <w:t>Aufbau und Konstruktion</w:t>
      </w:r>
    </w:p>
    <w:p>
      <w:r>
        <w:t>Eine Holztreppe besteht aus tragenden Bauteilen und den begehbaren Flächen. Die Trittstufe ist die horizontale Fläche, auf der der Fuß ruht. Die Setzstufe schließt den senkrechten Zwischenraum zwischen den Stufen. Die Wange bildet die seitliche Tragekonstruktion. Diese Unterscheidung ist wichtig, weil die Bauteile unterschiedliche Anforderungen an Material und Ausführung haben.</w:t>
      </w:r>
    </w:p>
    <w:p>
      <w:pPr>
        <w:pStyle w:val="Heading1"/>
      </w:pPr>
      <w:r>
        <w:t>Treppenformen im Überblick</w:t>
      </w:r>
    </w:p>
    <w:p>
      <w:r>
        <w:t>Gerade Treppen führen ohne Richtungswechsel nach oben und benötigen den meisten Längenraum. Gewendelte Treppen nutzen keilförmige Stufen für die Richtungsänderung und passen sich an kompaktere Grundrisse an. Podesttreppen verbinden mehrere Treppenläufe über eine Zwischenfläche. Welche Form sich eignet, hängt vom Grundriss und von der geplanten Nutzung ab.</w:t>
      </w:r>
    </w:p>
    <w:p>
      <w:pPr>
        <w:pStyle w:val="Heading1"/>
      </w:pPr>
      <w:r>
        <w:t>Kosten und Angebotsvergleich</w:t>
      </w:r>
    </w:p>
    <w:p>
      <w:r>
        <w:t>Holztreppen-Kosten lassen sich nicht pauschal angeben. Grundriss, Konstruktionsart, Holzart und Oberflächenbehandlung beeinflussen den Preis. Ebenso unterscheidet sich, ob Lieferung, Montage und Anschlussarbeiten enthalten sind. Ein aussagekräftiger Vergleich erfordert vergleichbare Positionen: Welche Planung ist eingeschlossen? Welches Holz und welche Oberfläche? Sind Setzstufen und Geländer extra oder inklusive?</w:t>
      </w:r>
    </w:p>
    <w:p>
      <w:pPr>
        <w:pStyle w:val="Heading1"/>
      </w:pPr>
      <w:r>
        <w:t>Oberflächenbehandlung und Pflege</w:t>
      </w:r>
    </w:p>
    <w:p>
      <w:r>
        <w:t>Geölte und lackierte Oberflächen erfordern unterschiedliche Pflegeansätze. Öl dringt in das Holz ein und betont die natürliche Maserung. Lack bildet eine verschließende Schicht auf der Oberfläche. Für die Pflege sind die Herstellerangaben maßgeblich. Aggressive Reiniger, Scheuermittel oder Dampfreiniger sind in der Regel nicht geeignet.</w:t>
      </w:r>
    </w:p>
    <w:p>
      <w:pPr>
        <w:pStyle w:val="Heading1"/>
      </w:pPr>
      <w:r>
        <w:t>Von der Anfrage zum Angebot</w:t>
      </w:r>
    </w:p>
    <w:p>
      <w:r>
        <w:t>Eine Projektanfrage sollte den Ist-Zustand und das gewünschte Ergebnis beschreiben. Dazu gehören Angaben zur Geschosshöhe, zur vorhandenen Öffnung und zur gewünschten Treppenform. Ob eine neue Treppe geplant ist, eine vorhandene ersetzt werden soll oder eine bestehende geprüft werden muss, beeinflusst den Umfang der Planung. Konkrete Angaben ermöglichen ein aussagekräftiges Angebot.</w:t>
      </w:r>
    </w:p>
    <w:p>
      <w:pPr>
        <w:pStyle w:val="Heading1"/>
      </w:pPr>
      <w:r>
        <w:t>Weitere Informationen zu Ihrem Treppenprojekt</w:t>
      </w:r>
    </w:p>
    <w:p>
      <w:hyperlink r:id="rId9">
        <w:r>
          <w:rPr>
            <w:color w:val="087E75"/>
          </w:rPr>
          <w:t>Holztreppe Berlin – Planung, Material und Anfrage</w:t>
        </w:r>
      </w:hyperlink>
    </w:p>
    <w:p>
      <w:hyperlink r:id="rId10">
        <w:r>
          <w:rPr>
            <w:color w:val="087E75"/>
          </w:rPr>
          <w:t>Holztreppe planen: Grundriss, Maße und Bauform wählen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holztreppe-berlin.de/index.html" TargetMode="External"/><Relationship Id="rId10" Type="http://schemas.openxmlformats.org/officeDocument/2006/relationships/hyperlink" Target="https://gcs.holztreppe-berlin.de/paket-c2ea23f95a044c7db152235e24a3b178/holztreppe-planen-grundriss-ma-e-und-bauform-w-hlen-468965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